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13A9" w14:textId="77777777" w:rsidR="00502388" w:rsidRDefault="00000000" w:rsidP="003A49D1">
      <w:pPr>
        <w:pStyle w:val="Title"/>
      </w:pPr>
      <w:r>
        <w:t>Preparing, Practicing &amp; Delivering a Powerful Personal Testimony</w:t>
      </w:r>
    </w:p>
    <w:p w14:paraId="6EB8417D" w14:textId="77777777" w:rsidR="00502388" w:rsidRDefault="00000000">
      <w:pPr>
        <w:jc w:val="center"/>
      </w:pPr>
      <w:r>
        <w:rPr>
          <w:b/>
        </w:rPr>
        <w:t>Men’s Encounter Testimony Guide</w:t>
      </w:r>
    </w:p>
    <w:p w14:paraId="3E67934E" w14:textId="514CCC49" w:rsidR="00DD2271" w:rsidRDefault="00000000" w:rsidP="00DD2271">
      <w:r>
        <w:t>A testimony is not simply the story of what happened to us. It is the story of what Jesus has done</w:t>
      </w:r>
      <w:r w:rsidR="00DD2271">
        <w:t xml:space="preserve"> </w:t>
      </w:r>
      <w:r>
        <w:t>and is doing</w:t>
      </w:r>
      <w:r w:rsidR="00DD2271">
        <w:t xml:space="preserve"> </w:t>
      </w:r>
      <w:r>
        <w:t>in our lives.</w:t>
      </w:r>
      <w:r w:rsidR="00DD2271">
        <w:t xml:space="preserve">  </w:t>
      </w:r>
    </w:p>
    <w:p w14:paraId="6CE4F1E4" w14:textId="72C67280" w:rsidR="00DD2271" w:rsidRPr="00DD2271" w:rsidRDefault="00DD2271" w:rsidP="00DD2271">
      <w:r w:rsidRPr="00DD2271">
        <w:t>An essential why behind each testimony is to convey hope in Christ to hurting / lost / confused brothers seeking help and encouragement.  Every testifying brother is essentially saying to the listener, if God can do this for me, He can do this for you.  And He will, if you surrender, abide and let Him transform you.  </w:t>
      </w:r>
    </w:p>
    <w:p w14:paraId="1E3571E4" w14:textId="77777777" w:rsidR="00502388" w:rsidRDefault="00000000">
      <w:r>
        <w:t>Every follower of Christ has a testimony. It does not have to include a dramatic past to be powerful. The power comes from the Holy Spirit and from honestly sharing the work of Christ in our lives. Our testimony is not just a one-time conversion event; it is an ongoing adventure with God.</w:t>
      </w:r>
    </w:p>
    <w:p w14:paraId="035F0502" w14:textId="77777777" w:rsidR="00502388" w:rsidRDefault="00000000">
      <w:r>
        <w:rPr>
          <w:b/>
        </w:rPr>
        <w:t>The goal: Real. Raw. Honest. Christ-centered. Understandable. Current.</w:t>
      </w:r>
    </w:p>
    <w:p w14:paraId="6F4FD4A5" w14:textId="77777777" w:rsidR="00502388" w:rsidRDefault="00000000">
      <w:pPr>
        <w:pStyle w:val="Heading1"/>
      </w:pPr>
      <w:r>
        <w:t>PART 1 — PREPARING YOUR TESTIMONY</w:t>
      </w:r>
    </w:p>
    <w:p w14:paraId="649DC39D" w14:textId="77777777" w:rsidR="00502388" w:rsidRDefault="00000000">
      <w:pPr>
        <w:pStyle w:val="Heading2"/>
      </w:pPr>
      <w:r>
        <w:t>The Basic Framework: BEFORE → CONVERSION → TRANSFORMATION → TODAY</w:t>
      </w:r>
    </w:p>
    <w:p w14:paraId="136639AD" w14:textId="77777777" w:rsidR="002632C4" w:rsidRDefault="00000000">
      <w:pPr>
        <w:pStyle w:val="Heading2"/>
      </w:pPr>
      <w:r>
        <w:rPr>
          <w:b w:val="0"/>
        </w:rPr>
        <w:t>YOUR TOPIC — What Specific Area of Your Life Are You Sharing About?</w:t>
      </w:r>
    </w:p>
    <w:p w14:paraId="53BF5AF1" w14:textId="77777777" w:rsidR="002632C4" w:rsidRDefault="00000000">
      <w:r>
        <w:t>Before you build your testimony, be clear about the specific topic you have been asked to share about—for example: anger, unforgiveness, pride, purity, rejection, marriage, addiction, family, or another area. Your testimony should help the men clearly understand what this issue looked like in your life, what Jesus revealed, how He brought transformation, and what He is doing in that area today.</w:t>
      </w:r>
    </w:p>
    <w:p w14:paraId="6F10B91F" w14:textId="77777777" w:rsidR="002632C4" w:rsidRDefault="00000000">
      <w:pPr>
        <w:pStyle w:val="ListBullet"/>
        <w:spacing w:after="20"/>
      </w:pPr>
      <w:r>
        <w:t>Ask yourself: What is my topic? What specific part of my life best shows this struggle and what Jesus has done in it?</w:t>
      </w:r>
    </w:p>
    <w:p w14:paraId="6F9AD7D7" w14:textId="77777777" w:rsidR="00502388" w:rsidRDefault="00000000">
      <w:pPr>
        <w:pStyle w:val="Heading2"/>
      </w:pPr>
      <w:r>
        <w:t>1. BEFORE — What Was Going On in My Life?</w:t>
      </w:r>
    </w:p>
    <w:p w14:paraId="22573D6E" w14:textId="77777777" w:rsidR="00502388" w:rsidRDefault="00000000">
      <w:r>
        <w:t>Share enough of your past for the men to understand what God has brought you through. Focus especially on the part of your life directly connected to your assigned topic.</w:t>
      </w:r>
    </w:p>
    <w:p w14:paraId="07DC7537" w14:textId="77777777" w:rsidR="00502388" w:rsidRDefault="00000000">
      <w:pPr>
        <w:pStyle w:val="ListBullet"/>
        <w:spacing w:after="20"/>
      </w:pPr>
      <w:r>
        <w:t>What was I carrying? What were my wounds, struggles, fears, or sins?</w:t>
      </w:r>
    </w:p>
    <w:p w14:paraId="2F8960B3" w14:textId="77777777" w:rsidR="00502388" w:rsidRDefault="00000000">
      <w:pPr>
        <w:pStyle w:val="ListBullet"/>
        <w:spacing w:after="20"/>
      </w:pPr>
      <w:r>
        <w:t>What wasn't working? What was I trying to fix myself?</w:t>
      </w:r>
    </w:p>
    <w:p w14:paraId="444F82D3" w14:textId="77777777" w:rsidR="00502388" w:rsidRDefault="00000000">
      <w:pPr>
        <w:pStyle w:val="ListBullet"/>
        <w:spacing w:after="20"/>
      </w:pPr>
      <w:r>
        <w:t>What did I believe about myself, God, or other people?</w:t>
      </w:r>
    </w:p>
    <w:p w14:paraId="395AC3A7" w14:textId="77777777" w:rsidR="00502388" w:rsidRDefault="00000000">
      <w:pPr>
        <w:pStyle w:val="ListBullet"/>
        <w:spacing w:after="20"/>
      </w:pPr>
      <w:r>
        <w:t>What was underneath the behavior?</w:t>
      </w:r>
    </w:p>
    <w:p w14:paraId="6A109FD4" w14:textId="77777777" w:rsidR="00502388" w:rsidRDefault="00000000">
      <w:r>
        <w:t>Be raw and honest. Don't give the cleaned-up Christian version of your life. One honest sentence can immediately lower the walls in the room.</w:t>
      </w:r>
    </w:p>
    <w:p w14:paraId="1AD070C5" w14:textId="77777777" w:rsidR="00502388" w:rsidRDefault="00000000">
      <w:r>
        <w:t>Be honest about sin without glorifying sin. We don't need graphic details, numbers, conquests, or stories that make the old life sound exciting. The darkness isn't the hero of the testimony. Jesus is.</w:t>
      </w:r>
    </w:p>
    <w:p w14:paraId="4982E67F" w14:textId="77777777" w:rsidR="00502388" w:rsidRDefault="00000000">
      <w:pPr>
        <w:pStyle w:val="Heading2"/>
      </w:pPr>
      <w:r>
        <w:t>2. CONVERSION — Where Did Jesus Enter My Story?</w:t>
      </w:r>
    </w:p>
    <w:p w14:paraId="3DD16111" w14:textId="77777777" w:rsidR="00502388" w:rsidRDefault="00000000">
      <w:r>
        <w:t>This needs to be clear. Don't assume everyone understands phrases like “I got saved,” “I surrendered,” or “I accepted Jesus into my heart.” Tell us what actually happened.</w:t>
      </w:r>
    </w:p>
    <w:p w14:paraId="2485953B" w14:textId="77777777" w:rsidR="00502388" w:rsidRDefault="00000000">
      <w:pPr>
        <w:pStyle w:val="ListBullet"/>
        <w:spacing w:after="20"/>
      </w:pPr>
      <w:r>
        <w:t>How did Jesus become real to me?</w:t>
      </w:r>
    </w:p>
    <w:p w14:paraId="33BAB9EC" w14:textId="77777777" w:rsidR="00502388" w:rsidRDefault="00000000">
      <w:pPr>
        <w:pStyle w:val="ListBullet"/>
        <w:spacing w:after="20"/>
      </w:pPr>
      <w:r>
        <w:lastRenderedPageBreak/>
        <w:t>What did I understand about my sin and about Jesus?</w:t>
      </w:r>
    </w:p>
    <w:p w14:paraId="1D7B6323" w14:textId="77777777" w:rsidR="00502388" w:rsidRDefault="00000000">
      <w:pPr>
        <w:pStyle w:val="ListBullet"/>
        <w:spacing w:after="20"/>
      </w:pPr>
      <w:r>
        <w:t>What caused me to turn toward Him?</w:t>
      </w:r>
    </w:p>
    <w:p w14:paraId="2196E55F" w14:textId="77777777" w:rsidR="00502388" w:rsidRDefault="00000000">
      <w:pPr>
        <w:pStyle w:val="ListBullet"/>
        <w:spacing w:after="20"/>
      </w:pPr>
      <w:r>
        <w:t>Was there a person, Scripture, circumstance, crisis, or conviction God used?</w:t>
      </w:r>
    </w:p>
    <w:p w14:paraId="34EA3512" w14:textId="77777777" w:rsidR="00502388" w:rsidRDefault="00000000">
      <w:r>
        <w:t>Some men have dramatic conversion experiences. Others came to Christ as children. Both are legitimate. Don't manufacture drama. Simply make Jesus clear.</w:t>
      </w:r>
    </w:p>
    <w:p w14:paraId="1802B8ED" w14:textId="77777777" w:rsidR="00502388" w:rsidRDefault="00000000">
      <w:pPr>
        <w:pStyle w:val="Heading2"/>
      </w:pPr>
      <w:r>
        <w:t>3. TRANSFORMATION — What Happened Afterward?</w:t>
      </w:r>
    </w:p>
    <w:p w14:paraId="3B7D1737" w14:textId="77777777" w:rsidR="00502388" w:rsidRDefault="00000000">
      <w:r>
        <w:t>Conversion isn't the end of the testimony. What began changing in y</w:t>
      </w:r>
      <w:r w:rsidR="003A49D1">
        <w:t>our</w:t>
      </w:r>
      <w:r>
        <w:t xml:space="preserve"> thinking, relationships, marriage, addictions, priorities, identity, attitude, and relationship with God? Be honest: transformation often involves years of sanctification, failure, surrender, healing, and growth. Show specifically how Jesus began transforming the area connected to your topic.</w:t>
      </w:r>
    </w:p>
    <w:p w14:paraId="48F07EE2" w14:textId="77777777" w:rsidR="00502388" w:rsidRDefault="00000000">
      <w:pPr>
        <w:pStyle w:val="Heading2"/>
      </w:pPr>
      <w:r>
        <w:t>4. TODAY — What Is God Doing in Me RIGHT NOW?</w:t>
      </w:r>
    </w:p>
    <w:p w14:paraId="4D407F24" w14:textId="77777777" w:rsidR="00502388" w:rsidRDefault="00000000">
      <w:r>
        <w:rPr>
          <w:b/>
        </w:rPr>
        <w:t>This may be one of the most important parts of the testimony.</w:t>
      </w:r>
    </w:p>
    <w:p w14:paraId="3E5A5627" w14:textId="77777777" w:rsidR="00502388" w:rsidRDefault="00000000">
      <w:r>
        <w:t>Don't spend 14 minutes telling us what God did 10, 15, or 20 years ago and 30 seconds telling us what He's doing today.</w:t>
      </w:r>
      <w:r w:rsidR="003A49D1">
        <w:t xml:space="preserve">  Ask yourself:</w:t>
      </w:r>
    </w:p>
    <w:p w14:paraId="2AA7FA59" w14:textId="77777777" w:rsidR="00502388" w:rsidRDefault="00000000">
      <w:pPr>
        <w:pStyle w:val="ListBullet"/>
        <w:spacing w:after="20"/>
      </w:pPr>
      <w:r>
        <w:t>What has God been showing me lately?</w:t>
      </w:r>
    </w:p>
    <w:p w14:paraId="093BFC8E" w14:textId="77777777" w:rsidR="00502388" w:rsidRDefault="00000000">
      <w:pPr>
        <w:pStyle w:val="ListBullet"/>
        <w:spacing w:after="20"/>
      </w:pPr>
      <w:r>
        <w:t>What fresh revelation, insight, conviction, victory, or change has He been working in me?</w:t>
      </w:r>
    </w:p>
    <w:p w14:paraId="5D548D5B" w14:textId="77777777" w:rsidR="00502388" w:rsidRDefault="00000000">
      <w:pPr>
        <w:pStyle w:val="ListBullet"/>
        <w:spacing w:after="20"/>
      </w:pPr>
      <w:r>
        <w:t>What has the Holy Spirit confronted me with recently?</w:t>
      </w:r>
    </w:p>
    <w:p w14:paraId="0FBFB7A0" w14:textId="77777777" w:rsidR="00502388" w:rsidRDefault="00000000">
      <w:pPr>
        <w:pStyle w:val="ListBullet"/>
        <w:spacing w:after="20"/>
      </w:pPr>
      <w:r>
        <w:t>What has changed in my heart, thoughts, attitudes, or actions over the last several months?</w:t>
      </w:r>
    </w:p>
    <w:p w14:paraId="48F42740" w14:textId="77777777" w:rsidR="00502388" w:rsidRDefault="00000000">
      <w:r>
        <w:t>Our testimony should show that Jesus didn't only change us once. He is changing us now. What is He doing in you today in the specific area you are sharing about?</w:t>
      </w:r>
    </w:p>
    <w:p w14:paraId="5992AFF2" w14:textId="77777777" w:rsidR="00502388" w:rsidRDefault="00000000">
      <w:pPr>
        <w:pStyle w:val="Heading2"/>
      </w:pPr>
      <w:r>
        <w:t>5. SCRIPTURE — What Truth Has God Made Real?</w:t>
      </w:r>
    </w:p>
    <w:p w14:paraId="6B74ADC1" w14:textId="77777777" w:rsidR="00502388" w:rsidRDefault="00000000">
      <w:r>
        <w:t>Choose one or two Scriptures, not ten. Don't turn this portion into a Bible study. Tell the men: “Here's what this Scripture has meant in MY life.” Scripture should reinforce the testimony, not interrupt it. Choose Scripture that genuinely connects to your topic and to what God has made real in your own life.</w:t>
      </w:r>
    </w:p>
    <w:p w14:paraId="763AB2F5" w14:textId="77777777" w:rsidR="00502388" w:rsidRDefault="00000000">
      <w:pPr>
        <w:pStyle w:val="Heading2"/>
      </w:pPr>
      <w:r>
        <w:t>6. USE STORIES — People Remember Stories</w:t>
      </w:r>
    </w:p>
    <w:p w14:paraId="44F045EF" w14:textId="77777777" w:rsidR="00502388" w:rsidRDefault="00000000">
      <w:r>
        <w:t>Facts and details are quickly forgotten. Stories stay with us. Jesus repeatedly used stories because stories help people see, feel, and remember truth.</w:t>
      </w:r>
    </w:p>
    <w:p w14:paraId="50B7AF13" w14:textId="77777777" w:rsidR="00502388" w:rsidRDefault="00000000">
      <w:r>
        <w:t>Use concise, relevant stories that bring the men into the moment with you. Help them see what happened, what you felt, what was at stake, and what God did.</w:t>
      </w:r>
    </w:p>
    <w:p w14:paraId="31C45028" w14:textId="77777777" w:rsidR="00502388" w:rsidRDefault="00000000">
      <w:pPr>
        <w:pStyle w:val="ListBullet"/>
        <w:spacing w:after="20"/>
      </w:pPr>
      <w:r>
        <w:t>Choose stories that directly support the testimony topic.</w:t>
      </w:r>
    </w:p>
    <w:p w14:paraId="5343E9B8" w14:textId="77777777" w:rsidR="00502388" w:rsidRDefault="00000000">
      <w:pPr>
        <w:pStyle w:val="ListBullet"/>
        <w:spacing w:after="20"/>
      </w:pPr>
      <w:r>
        <w:t>Give enough detail to make the moment real, but don't wander into unnecessary details.</w:t>
      </w:r>
    </w:p>
    <w:p w14:paraId="6F6A13DA" w14:textId="77777777" w:rsidR="00502388" w:rsidRDefault="00000000">
      <w:pPr>
        <w:pStyle w:val="ListBullet"/>
        <w:spacing w:after="20"/>
      </w:pPr>
      <w:r>
        <w:t>Let the men come along on the journey with you.</w:t>
      </w:r>
    </w:p>
    <w:p w14:paraId="5388947F" w14:textId="77777777" w:rsidR="00502388" w:rsidRDefault="00000000">
      <w:pPr>
        <w:pStyle w:val="ListBullet"/>
        <w:spacing w:after="20"/>
      </w:pPr>
      <w:r>
        <w:t>A well-told story can communicate a spiritual truth more powerfully than a list of facts.</w:t>
      </w:r>
    </w:p>
    <w:p w14:paraId="39B5A12E" w14:textId="77777777" w:rsidR="00502388" w:rsidRDefault="00000000">
      <w:r>
        <w:t>Don't just tell us, “I was angry.” Briefly take us into a moment when your anger affected your marriage, your children, or your relationships—and then show us what God revealed and changed.</w:t>
      </w:r>
    </w:p>
    <w:p w14:paraId="07F541C6" w14:textId="77777777" w:rsidR="00502388" w:rsidRDefault="00000000">
      <w:r>
        <w:rPr>
          <w:b/>
        </w:rPr>
        <w:t>Stories make the testimony memorable. Jesus remains the point of the story.</w:t>
      </w:r>
    </w:p>
    <w:p w14:paraId="66E8F729" w14:textId="77777777" w:rsidR="00502388" w:rsidRDefault="00000000">
      <w:pPr>
        <w:pStyle w:val="Heading1"/>
      </w:pPr>
      <w:r>
        <w:lastRenderedPageBreak/>
        <w:t>PART 2 — DEVELOPING &amp; REFINING YOUR TESTIMONY</w:t>
      </w:r>
    </w:p>
    <w:p w14:paraId="125EBC82" w14:textId="77777777" w:rsidR="00502388" w:rsidRDefault="00000000">
      <w:pPr>
        <w:pStyle w:val="Heading2"/>
      </w:pPr>
      <w:r>
        <w:t>Step 1 — Get Your Story Out</w:t>
      </w:r>
    </w:p>
    <w:p w14:paraId="57728E2F" w14:textId="77777777" w:rsidR="00502388" w:rsidRDefault="00000000">
      <w:r>
        <w:t>Before trying to polish the testimony, get the story out. Don't worry about timing or perfect wording yet. As you do, keep your assigned topic in view and draw out the parts of your life that directly relate to it.</w:t>
      </w:r>
    </w:p>
    <w:p w14:paraId="60C57B70" w14:textId="77777777" w:rsidR="00502388" w:rsidRDefault="00000000">
      <w:pPr>
        <w:pStyle w:val="Heading3"/>
      </w:pPr>
      <w:r>
        <w:t>Option 1 — Handwrite It</w:t>
      </w:r>
    </w:p>
    <w:p w14:paraId="131D53C7" w14:textId="77777777" w:rsidR="00502388" w:rsidRDefault="00000000">
      <w:r>
        <w:t>Sit down with a notebook and write your story.</w:t>
      </w:r>
    </w:p>
    <w:p w14:paraId="6723B5D5" w14:textId="77777777" w:rsidR="00502388" w:rsidRDefault="00000000">
      <w:pPr>
        <w:pStyle w:val="Heading3"/>
      </w:pPr>
      <w:r>
        <w:t>Option 2 — Type It</w:t>
      </w:r>
    </w:p>
    <w:p w14:paraId="6003A397" w14:textId="77777777" w:rsidR="00502388" w:rsidRDefault="00000000">
      <w:r>
        <w:t>Open a document and type everything that comes to mind. Don't edit while you're writing.</w:t>
      </w:r>
    </w:p>
    <w:p w14:paraId="06A7B153" w14:textId="77777777" w:rsidR="00502388" w:rsidRDefault="00000000">
      <w:pPr>
        <w:pStyle w:val="Heading3"/>
      </w:pPr>
      <w:r>
        <w:t>Option 3 — Talk It Out Using AI</w:t>
      </w:r>
    </w:p>
    <w:p w14:paraId="6A4A6BFB" w14:textId="77777777" w:rsidR="00502388" w:rsidRDefault="00000000">
      <w:r>
        <w:t>For many men, the easiest approach may be to tell the story naturally out loud, use an AI or transcription tool to create a clean transcript, and then use AI to help organize what was actually shared.</w:t>
      </w:r>
    </w:p>
    <w:p w14:paraId="441D6A2E" w14:textId="77777777" w:rsidR="00502388" w:rsidRDefault="00000000">
      <w:pPr>
        <w:pStyle w:val="ListBullet"/>
        <w:spacing w:after="20"/>
      </w:pPr>
      <w:r>
        <w:t>Clean up filler words and repetition.</w:t>
      </w:r>
    </w:p>
    <w:p w14:paraId="377F3310" w14:textId="77777777" w:rsidR="00502388" w:rsidRDefault="00000000">
      <w:pPr>
        <w:pStyle w:val="ListBullet"/>
        <w:spacing w:after="20"/>
      </w:pPr>
      <w:r>
        <w:t>Identify the strongest parts of the story.</w:t>
      </w:r>
    </w:p>
    <w:p w14:paraId="25D6CA2D" w14:textId="77777777" w:rsidR="00502388" w:rsidRDefault="00000000">
      <w:pPr>
        <w:pStyle w:val="ListBullet"/>
        <w:spacing w:after="20"/>
      </w:pPr>
      <w:r>
        <w:t>Organize it into BEFORE → CONVERSION → TRANSFORMATION → TODAY.</w:t>
      </w:r>
    </w:p>
    <w:p w14:paraId="3C16E043" w14:textId="77777777" w:rsidR="00502388" w:rsidRDefault="00000000">
      <w:pPr>
        <w:pStyle w:val="ListBullet"/>
        <w:spacing w:after="20"/>
      </w:pPr>
      <w:r>
        <w:t>Identify rabbit trails and unnecessary details.</w:t>
      </w:r>
    </w:p>
    <w:p w14:paraId="54A641DB" w14:textId="77777777" w:rsidR="00502388" w:rsidRDefault="00000000">
      <w:pPr>
        <w:pStyle w:val="ListBullet"/>
        <w:spacing w:after="20"/>
      </w:pPr>
      <w:r>
        <w:t>Condense the transcript into a 15–17 minute outline.</w:t>
      </w:r>
    </w:p>
    <w:p w14:paraId="09394E65" w14:textId="77777777" w:rsidR="00502388" w:rsidRDefault="00000000">
      <w:pPr>
        <w:pStyle w:val="ListBullet"/>
        <w:spacing w:after="20"/>
      </w:pPr>
      <w:r>
        <w:t>Eventually reduce it to a simple speaking outline.</w:t>
      </w:r>
    </w:p>
    <w:p w14:paraId="76813861" w14:textId="77777777" w:rsidR="00502388" w:rsidRDefault="00000000">
      <w:r>
        <w:t>A useful AI instruction: “My assigned testimony topic is [TOPIC]. Organize what I actually shared into Before Christ, Conversion, Transformation, and What God Is Doing in My Life Today. Keep my story and my voice. Don't add things I didn't say. Keep the testimony focused on my topic, identify the strongest moments and stories that show what this issue looked like in my life and how Jesus brought transformation, and help me remove unnecessary rabbit trails.”</w:t>
      </w:r>
    </w:p>
    <w:p w14:paraId="565CCA36" w14:textId="77777777" w:rsidR="00502388" w:rsidRDefault="00000000">
      <w:r>
        <w:rPr>
          <w:b/>
        </w:rPr>
        <w:t>AI isn't writing your testimony. It's helping you organize YOUR testimony.</w:t>
      </w:r>
    </w:p>
    <w:p w14:paraId="40C665E4" w14:textId="77777777" w:rsidR="00502388" w:rsidRDefault="00000000">
      <w:pPr>
        <w:pStyle w:val="Heading2"/>
      </w:pPr>
      <w:r>
        <w:t>Step 2 — Pray Over What You Have</w:t>
      </w:r>
    </w:p>
    <w:p w14:paraId="163FA15D" w14:textId="77777777" w:rsidR="00502388" w:rsidRDefault="00000000">
      <w:r>
        <w:t>Ask: “Holy Spirit, what do You want me to share?” A dramatic story may not belong, while a seemingly small recent moment may be exactly what God wants to use.</w:t>
      </w:r>
    </w:p>
    <w:p w14:paraId="221E35D8" w14:textId="77777777" w:rsidR="00502388" w:rsidRDefault="00000000">
      <w:pPr>
        <w:pStyle w:val="Heading2"/>
      </w:pPr>
      <w:r>
        <w:t>Step 3 — Find the Story Within the Story</w:t>
      </w:r>
    </w:p>
    <w:p w14:paraId="7C0456C3" w14:textId="77777777" w:rsidR="00502388" w:rsidRDefault="00000000">
      <w:r>
        <w:t>Most of us have many testimonies. Stay focused on the assigned topic—anger, purity, forgiveness, pride, rejection, marriage, addiction, family, or another area. Ask of every story: “Does this help communicate what God did in this area of my life?”</w:t>
      </w:r>
    </w:p>
    <w:p w14:paraId="4D8178FD" w14:textId="77777777" w:rsidR="00502388" w:rsidRDefault="00000000">
      <w:pPr>
        <w:pStyle w:val="Heading2"/>
      </w:pPr>
      <w:r>
        <w:t>Step 4 — Make Sure the Four Pieces Are There</w:t>
      </w:r>
    </w:p>
    <w:p w14:paraId="7B0B6F61" w14:textId="77777777" w:rsidR="00502388" w:rsidRDefault="00000000">
      <w:pPr>
        <w:pStyle w:val="ListBullet"/>
        <w:spacing w:after="20"/>
      </w:pPr>
      <w:r>
        <w:t>BEFORE — Here's what I was carrying.</w:t>
      </w:r>
    </w:p>
    <w:p w14:paraId="00BCC48B" w14:textId="77777777" w:rsidR="00502388" w:rsidRDefault="00000000">
      <w:pPr>
        <w:pStyle w:val="ListBullet"/>
        <w:spacing w:after="20"/>
      </w:pPr>
      <w:r>
        <w:t>CONVERSION — Here's how Jesus entered my life.</w:t>
      </w:r>
    </w:p>
    <w:p w14:paraId="64CCB5FA" w14:textId="77777777" w:rsidR="00502388" w:rsidRDefault="00000000">
      <w:pPr>
        <w:pStyle w:val="ListBullet"/>
        <w:spacing w:after="20"/>
      </w:pPr>
      <w:r>
        <w:t>TRANSFORMATION — Here's what began changing.</w:t>
      </w:r>
    </w:p>
    <w:p w14:paraId="1C6E1B7B" w14:textId="77777777" w:rsidR="00502388" w:rsidRDefault="00000000">
      <w:pPr>
        <w:pStyle w:val="ListBullet"/>
        <w:spacing w:after="20"/>
      </w:pPr>
      <w:r>
        <w:t>TODAY — Here's what God is doing in me right now.</w:t>
      </w:r>
    </w:p>
    <w:p w14:paraId="4720EC97" w14:textId="77777777" w:rsidR="00502388" w:rsidRDefault="00000000">
      <w:r>
        <w:t>Then ask: Is my topic clearly understood? Is Jesus clearly the hero of my story and the One who brought transformation in this area?</w:t>
      </w:r>
    </w:p>
    <w:p w14:paraId="55212B74" w14:textId="77777777" w:rsidR="00502388" w:rsidRDefault="00000000">
      <w:pPr>
        <w:pStyle w:val="Heading2"/>
      </w:pPr>
      <w:r>
        <w:t>Step 5 — Refine It</w:t>
      </w:r>
    </w:p>
    <w:p w14:paraId="748CEFBB" w14:textId="77777777" w:rsidR="00502388" w:rsidRDefault="00000000">
      <w:r>
        <w:t xml:space="preserve">Remove rabbit trails, repeated stories, unnecessary background, excessive details about sin, and anything that doesn't support the assigned topic and central testimony. Ask of every section and story: Does this help the </w:t>
      </w:r>
      <w:r>
        <w:lastRenderedPageBreak/>
        <w:t>men understand my topic and what Jesus did in this area of my life? AI can help identify repetition and suggest cuts, but you decide what stays after prayer and reflection.</w:t>
      </w:r>
    </w:p>
    <w:p w14:paraId="5DD5DD08" w14:textId="77777777" w:rsidR="00502388" w:rsidRDefault="00000000">
      <w:pPr>
        <w:pStyle w:val="Heading2"/>
      </w:pPr>
      <w:r>
        <w:t>Step 6 — Practice It Out Loud</w:t>
      </w:r>
    </w:p>
    <w:p w14:paraId="708D5EBC" w14:textId="77777777" w:rsidR="00502388" w:rsidRDefault="00000000">
      <w:r>
        <w:t>Reading silently isn't enough. Speak it. Time yourself. Notice where you ramble, repeat, rush, or become unclear. Make sure your conversion is understandable and that enough time is given to what God is doing today.</w:t>
      </w:r>
    </w:p>
    <w:p w14:paraId="7A784289" w14:textId="77777777" w:rsidR="00502388" w:rsidRDefault="00000000">
      <w:r>
        <w:t>We are not requiring anyone to record and submit a testimony. Some testimonies contain deeply personal information. If you personally use an AI transcription tool, be thoughtful about private or identifying information. Coaching can be done by sitting down together and talking through the testimony and outline.</w:t>
      </w:r>
    </w:p>
    <w:p w14:paraId="729D85DE" w14:textId="77777777" w:rsidR="00502388" w:rsidRDefault="00000000">
      <w:pPr>
        <w:pStyle w:val="Heading2"/>
      </w:pPr>
      <w:r>
        <w:t>Step 7 — Reduce It to a Simple Outline</w:t>
      </w:r>
    </w:p>
    <w:p w14:paraId="2025787B" w14:textId="77777777" w:rsidR="00502388" w:rsidRDefault="00000000">
      <w:r>
        <w:t>After writing or transcribing, praying, refining, and practicing, put the manuscript away. Reduce the testimony to a 3×5 card, half-sheet, or simple phone outline:</w:t>
      </w:r>
    </w:p>
    <w:p w14:paraId="588BD0A3" w14:textId="77777777" w:rsidR="002632C4" w:rsidRDefault="00000000">
      <w:pPr>
        <w:pStyle w:val="ListBullet"/>
        <w:spacing w:after="20"/>
      </w:pPr>
      <w:r>
        <w:t>TOPIC — the specific area I am sharing about</w:t>
      </w:r>
    </w:p>
    <w:p w14:paraId="06CFE1C6" w14:textId="77777777" w:rsidR="00502388" w:rsidRDefault="00000000">
      <w:pPr>
        <w:pStyle w:val="ListBullet"/>
        <w:spacing w:after="20"/>
      </w:pPr>
      <w:r>
        <w:t>BEFORE — key wounds / struggle</w:t>
      </w:r>
    </w:p>
    <w:p w14:paraId="70151343" w14:textId="77777777" w:rsidR="00502388" w:rsidRDefault="00000000">
      <w:pPr>
        <w:pStyle w:val="ListBullet"/>
        <w:spacing w:after="20"/>
      </w:pPr>
      <w:r>
        <w:t>CONVERSION — how Jesus became real</w:t>
      </w:r>
    </w:p>
    <w:p w14:paraId="7390E33A" w14:textId="77777777" w:rsidR="00502388" w:rsidRDefault="00000000">
      <w:pPr>
        <w:pStyle w:val="ListBullet"/>
        <w:spacing w:after="20"/>
      </w:pPr>
      <w:r>
        <w:t>TRANSFORMATION — what began changing</w:t>
      </w:r>
    </w:p>
    <w:p w14:paraId="186A2BDF" w14:textId="77777777" w:rsidR="00502388" w:rsidRDefault="00000000">
      <w:pPr>
        <w:pStyle w:val="ListBullet"/>
        <w:spacing w:after="20"/>
      </w:pPr>
      <w:r>
        <w:t>TODAY — recent breakthrough / fresh work of God</w:t>
      </w:r>
    </w:p>
    <w:p w14:paraId="3C21D0F8" w14:textId="77777777" w:rsidR="00502388" w:rsidRDefault="00000000">
      <w:pPr>
        <w:pStyle w:val="ListBullet"/>
        <w:spacing w:after="20"/>
      </w:pPr>
      <w:r>
        <w:t>SCRIPTURE — one or two anchors</w:t>
      </w:r>
    </w:p>
    <w:p w14:paraId="785A9474" w14:textId="77777777" w:rsidR="00502388" w:rsidRDefault="00000000">
      <w:r>
        <w:rPr>
          <w:b/>
        </w:rPr>
        <w:t>Know your story. Don't memorize a speech.</w:t>
      </w:r>
    </w:p>
    <w:p w14:paraId="45FE2897" w14:textId="77777777" w:rsidR="00502388" w:rsidRDefault="00000000">
      <w:pPr>
        <w:pStyle w:val="Heading1"/>
      </w:pPr>
      <w:r>
        <w:t>PART 3 — DELIVERING YOUR TESTIMONY</w:t>
      </w:r>
    </w:p>
    <w:p w14:paraId="42680BD6" w14:textId="77777777" w:rsidR="00502388" w:rsidRDefault="00000000">
      <w:r>
        <w:t>You've prepared it, practiced it, and refined it. Now share it from your heart.</w:t>
      </w:r>
    </w:p>
    <w:p w14:paraId="2C9AE88F" w14:textId="77777777" w:rsidR="00502388" w:rsidRDefault="00000000">
      <w:pPr>
        <w:pStyle w:val="Heading2"/>
      </w:pPr>
      <w:r>
        <w:t>Look at the Men</w:t>
      </w:r>
    </w:p>
    <w:p w14:paraId="4DD88B4B" w14:textId="77777777" w:rsidR="00502388" w:rsidRDefault="00000000">
      <w:r>
        <w:t>Don't bury your face in your notes. Make eye contact. Talk to the men, not to the paper.</w:t>
      </w:r>
    </w:p>
    <w:p w14:paraId="076491D1" w14:textId="77777777" w:rsidR="00502388" w:rsidRDefault="00000000">
      <w:pPr>
        <w:pStyle w:val="Heading2"/>
      </w:pPr>
      <w:r>
        <w:t>Tell the Story — Don't Just Report It</w:t>
      </w:r>
    </w:p>
    <w:p w14:paraId="383AC309" w14:textId="77777777" w:rsidR="00502388" w:rsidRDefault="00000000">
      <w:r>
        <w:t>When you reach an important story, bring the men into the moment. Let them picture it. Use concise detail, emotion, facial expression, and natural movement. A story should feel lived, not read.</w:t>
      </w:r>
    </w:p>
    <w:p w14:paraId="41590E61" w14:textId="77777777" w:rsidR="00502388" w:rsidRDefault="00000000">
      <w:r>
        <w:t>Be animated when the moment calls for it. If something was intense, let the intensity show. If something was joyful, let them see the joy. If you were confused, angry, broken, or overwhelmed, allow your delivery to communicate that honestly.</w:t>
      </w:r>
    </w:p>
    <w:p w14:paraId="10897E7A" w14:textId="77777777" w:rsidR="00502388" w:rsidRDefault="00000000">
      <w:pPr>
        <w:pStyle w:val="Heading2"/>
      </w:pPr>
      <w:r>
        <w:t>Use Your Voice</w:t>
      </w:r>
    </w:p>
    <w:p w14:paraId="05C5BCA1" w14:textId="77777777" w:rsidR="00502388" w:rsidRDefault="00000000">
      <w:r>
        <w:t>Make sure everyone can hear you. Vary your pace and volume naturally. Slow down when something matters. Don't rush the most important parts.</w:t>
      </w:r>
    </w:p>
    <w:p w14:paraId="0DE229B5" w14:textId="77777777" w:rsidR="00502388" w:rsidRDefault="00000000">
      <w:pPr>
        <w:pStyle w:val="Heading2"/>
      </w:pPr>
      <w:r>
        <w:t>Use Natural Gestures</w:t>
      </w:r>
    </w:p>
    <w:p w14:paraId="3866C797" w14:textId="77777777" w:rsidR="00502388" w:rsidRDefault="00000000">
      <w:r>
        <w:t>Use your hands and body naturally. Don't stand frozen, but don't perform either. Let your gestures support the story.</w:t>
      </w:r>
    </w:p>
    <w:p w14:paraId="5A03C698" w14:textId="77777777" w:rsidR="00502388" w:rsidRDefault="00000000">
      <w:pPr>
        <w:pStyle w:val="Heading2"/>
      </w:pPr>
      <w:r>
        <w:t>Don't Be Afraid of Silence</w:t>
      </w:r>
    </w:p>
    <w:p w14:paraId="5DE68DC8" w14:textId="77777777" w:rsidR="00502388" w:rsidRDefault="00000000">
      <w:r>
        <w:t>You don't have to fill every second with words. After sharing something significant, pause. Let it sit. Give the men time to digest what you just shared.</w:t>
      </w:r>
    </w:p>
    <w:p w14:paraId="70DA2651" w14:textId="77777777" w:rsidR="00502388" w:rsidRDefault="00000000">
      <w:r>
        <w:lastRenderedPageBreak/>
        <w:t>Example: “For 26 years... I carried that guilt.” [Pause.] Or: “God showed me my anger wasn't my real problem.” [Pause.] “It was unforgiveness.” [Pause.]</w:t>
      </w:r>
    </w:p>
    <w:p w14:paraId="7BFCEA82" w14:textId="77777777" w:rsidR="00502388" w:rsidRDefault="00000000">
      <w:r>
        <w:rPr>
          <w:b/>
        </w:rPr>
        <w:t>A powerful pause is part of a powerful testimony.</w:t>
      </w:r>
    </w:p>
    <w:p w14:paraId="30BD6B73" w14:textId="77777777" w:rsidR="00502388" w:rsidRDefault="00000000">
      <w:pPr>
        <w:pStyle w:val="Heading2"/>
      </w:pPr>
      <w:r>
        <w:t>Emotion Is Okay</w:t>
      </w:r>
    </w:p>
    <w:p w14:paraId="6DCFD5BE" w14:textId="77777777" w:rsidR="00502388" w:rsidRDefault="00000000">
      <w:r>
        <w:t>If your story is painful, it's okay to feel it. You don't need to apologize if your voice cracks or tears come. Pause, breathe, and continue when you're ready. We're not looking for polished professional speakers. We're looking for men willing to honestly tell what Jesus has done in their lives.</w:t>
      </w:r>
    </w:p>
    <w:p w14:paraId="5947D85A" w14:textId="77777777" w:rsidR="00502388" w:rsidRDefault="00000000">
      <w:pPr>
        <w:pStyle w:val="Heading1"/>
      </w:pPr>
      <w:r>
        <w:t>FINAL TESTIMONY CHECK</w:t>
      </w:r>
    </w:p>
    <w:p w14:paraId="3443D820" w14:textId="77777777" w:rsidR="002632C4" w:rsidRDefault="00000000">
      <w:pPr>
        <w:pStyle w:val="ListBullet"/>
        <w:spacing w:after="20"/>
      </w:pPr>
      <w:r>
        <w:t>Is my specific topic clearly understood throughout the testimony?</w:t>
      </w:r>
    </w:p>
    <w:p w14:paraId="29C71EE4" w14:textId="77777777" w:rsidR="002632C4" w:rsidRDefault="00000000">
      <w:pPr>
        <w:pStyle w:val="ListBullet"/>
        <w:spacing w:after="20"/>
      </w:pPr>
      <w:r>
        <w:t>Do my life stories, transformation, Scripture, and what God is doing today all clearly connect back to that topic?</w:t>
      </w:r>
    </w:p>
    <w:p w14:paraId="56F8CD72" w14:textId="77777777" w:rsidR="00502388" w:rsidRDefault="00000000">
      <w:pPr>
        <w:pStyle w:val="ListBullet"/>
        <w:spacing w:after="20"/>
      </w:pPr>
      <w:r>
        <w:t>Is Jesus the hero?</w:t>
      </w:r>
    </w:p>
    <w:p w14:paraId="21EE663B" w14:textId="77777777" w:rsidR="00502388" w:rsidRDefault="00000000">
      <w:pPr>
        <w:pStyle w:val="ListBullet"/>
        <w:spacing w:after="20"/>
      </w:pPr>
      <w:r>
        <w:t>Is my BEFORE clear without glorifying sin?</w:t>
      </w:r>
    </w:p>
    <w:p w14:paraId="51D4BAC7" w14:textId="77777777" w:rsidR="00502388" w:rsidRDefault="00000000">
      <w:pPr>
        <w:pStyle w:val="ListBullet"/>
        <w:spacing w:after="20"/>
      </w:pPr>
      <w:r>
        <w:t>Is my conversion understandable?</w:t>
      </w:r>
    </w:p>
    <w:p w14:paraId="690E39DC" w14:textId="77777777" w:rsidR="00502388" w:rsidRDefault="00000000">
      <w:pPr>
        <w:pStyle w:val="ListBullet"/>
        <w:spacing w:after="20"/>
      </w:pPr>
      <w:r>
        <w:t>Have I explained what began changing afterward?</w:t>
      </w:r>
    </w:p>
    <w:p w14:paraId="61CE9765" w14:textId="77777777" w:rsidR="00502388" w:rsidRDefault="00000000">
      <w:pPr>
        <w:pStyle w:val="ListBullet"/>
        <w:spacing w:after="20"/>
      </w:pPr>
      <w:r>
        <w:t>Have I shared something FRESH God is doing in me today?</w:t>
      </w:r>
    </w:p>
    <w:p w14:paraId="4D92DBCD" w14:textId="77777777" w:rsidR="00502388" w:rsidRDefault="00000000">
      <w:pPr>
        <w:pStyle w:val="ListBullet"/>
        <w:spacing w:after="20"/>
      </w:pPr>
      <w:r>
        <w:t>Am I raw, real, and honest?</w:t>
      </w:r>
    </w:p>
    <w:p w14:paraId="160726B6" w14:textId="77777777" w:rsidR="00502388" w:rsidRDefault="00000000">
      <w:pPr>
        <w:pStyle w:val="ListBullet"/>
        <w:spacing w:after="20"/>
      </w:pPr>
      <w:r>
        <w:t>Have I included one or two concise, memorable stories rather than only facts and explanations?</w:t>
      </w:r>
    </w:p>
    <w:p w14:paraId="2B64C26D" w14:textId="77777777" w:rsidR="00502388" w:rsidRDefault="00000000">
      <w:pPr>
        <w:pStyle w:val="ListBullet"/>
        <w:spacing w:after="20"/>
      </w:pPr>
      <w:r>
        <w:t>Do my stories move the testimony forward and point back to Jesus?</w:t>
      </w:r>
    </w:p>
    <w:p w14:paraId="53838CD0" w14:textId="77777777" w:rsidR="00502388" w:rsidRDefault="00000000">
      <w:pPr>
        <w:pStyle w:val="ListBullet"/>
        <w:spacing w:after="20"/>
      </w:pPr>
      <w:r>
        <w:t>Did I eliminate rabbit trails?</w:t>
      </w:r>
    </w:p>
    <w:p w14:paraId="78BDF0C2" w14:textId="77777777" w:rsidR="00502388" w:rsidRDefault="00000000">
      <w:pPr>
        <w:pStyle w:val="ListBullet"/>
        <w:spacing w:after="20"/>
      </w:pPr>
      <w:r>
        <w:t>Does my Scripture genuinely connect to my story?</w:t>
      </w:r>
    </w:p>
    <w:p w14:paraId="29CA4394" w14:textId="77777777" w:rsidR="00502388" w:rsidRDefault="00000000">
      <w:pPr>
        <w:pStyle w:val="ListBullet"/>
        <w:spacing w:after="20"/>
      </w:pPr>
      <w:r>
        <w:t>Have I practiced it out loud and stayed within my time?</w:t>
      </w:r>
    </w:p>
    <w:p w14:paraId="4F8F5D68" w14:textId="77777777" w:rsidR="00502388" w:rsidRDefault="00000000">
      <w:pPr>
        <w:pStyle w:val="ListBullet"/>
        <w:spacing w:after="20"/>
      </w:pPr>
      <w:r>
        <w:t>Have I reduced it to a simple speaking outline?</w:t>
      </w:r>
    </w:p>
    <w:p w14:paraId="49FF340D" w14:textId="77777777" w:rsidR="00502388" w:rsidRDefault="00000000">
      <w:pPr>
        <w:pStyle w:val="ListBullet"/>
        <w:spacing w:after="20"/>
      </w:pPr>
      <w:r>
        <w:t>Can I look at the men rather than read?</w:t>
      </w:r>
    </w:p>
    <w:p w14:paraId="5E7CA552" w14:textId="77777777" w:rsidR="00502388" w:rsidRDefault="00000000">
      <w:pPr>
        <w:pStyle w:val="ListBullet"/>
        <w:spacing w:after="20"/>
      </w:pPr>
      <w:r>
        <w:t>Am I using eye contact, voice, gestures, emotion, and meaningful pauses?</w:t>
      </w:r>
    </w:p>
    <w:p w14:paraId="6EDF2961" w14:textId="77777777" w:rsidR="00502388" w:rsidRDefault="00000000">
      <w:pPr>
        <w:pStyle w:val="ListBullet"/>
        <w:spacing w:after="20"/>
      </w:pPr>
      <w:r>
        <w:t>Have I prayed and asked the Holy Spirit what He wants these men to hear?</w:t>
      </w:r>
    </w:p>
    <w:p w14:paraId="02437257" w14:textId="77777777" w:rsidR="00502388" w:rsidRDefault="00000000">
      <w:pPr>
        <w:pStyle w:val="Heading1"/>
      </w:pPr>
      <w:r>
        <w:t>Remember Why We're Doing This</w:t>
      </w:r>
    </w:p>
    <w:p w14:paraId="70863012" w14:textId="77777777" w:rsidR="00502388" w:rsidRDefault="00000000">
      <w:r>
        <w:t>We aren't trying to create professional speakers or manufacture dramatic stories. We're not simply trying to create better Men's Encounter presentations.</w:t>
      </w:r>
    </w:p>
    <w:p w14:paraId="66EF12C8" w14:textId="77777777" w:rsidR="00502388" w:rsidRDefault="00000000">
      <w:r>
        <w:rPr>
          <w:b/>
        </w:rPr>
        <w:t>We're equipping men to become witnesses.</w:t>
      </w:r>
    </w:p>
    <w:p w14:paraId="7CB07751" w14:textId="77777777" w:rsidR="00502388" w:rsidRDefault="00000000">
      <w:r>
        <w:t>The Holy Spirit empowers our witness. A heart for people gives us compassion. Preparation helps us clearly communicate the hope we have.</w:t>
      </w:r>
    </w:p>
    <w:p w14:paraId="18DE5783" w14:textId="77777777" w:rsidR="00502388" w:rsidRDefault="00000000">
      <w:pPr>
        <w:pStyle w:val="ListBullet"/>
        <w:spacing w:after="20"/>
      </w:pPr>
      <w:r>
        <w:t>Get your story out — write it, type it, or talk it out with the help of AI.</w:t>
      </w:r>
    </w:p>
    <w:p w14:paraId="24D00473" w14:textId="77777777" w:rsidR="00502388" w:rsidRDefault="00000000">
      <w:pPr>
        <w:pStyle w:val="ListBullet"/>
        <w:spacing w:after="20"/>
      </w:pPr>
      <w:r>
        <w:t>Pray over it.</w:t>
      </w:r>
    </w:p>
    <w:p w14:paraId="5B476AAB" w14:textId="77777777" w:rsidR="00502388" w:rsidRDefault="00000000">
      <w:pPr>
        <w:pStyle w:val="ListBullet"/>
        <w:spacing w:after="20"/>
      </w:pPr>
      <w:r>
        <w:t>Organize it.</w:t>
      </w:r>
    </w:p>
    <w:p w14:paraId="5DD4197B" w14:textId="77777777" w:rsidR="00502388" w:rsidRDefault="00000000">
      <w:pPr>
        <w:pStyle w:val="ListBullet"/>
        <w:spacing w:after="20"/>
      </w:pPr>
      <w:r>
        <w:t>Refine it.</w:t>
      </w:r>
    </w:p>
    <w:p w14:paraId="2CE26B16" w14:textId="77777777" w:rsidR="00502388" w:rsidRDefault="00000000">
      <w:pPr>
        <w:pStyle w:val="ListBullet"/>
        <w:spacing w:after="20"/>
      </w:pPr>
      <w:r>
        <w:t>Practice it.</w:t>
      </w:r>
    </w:p>
    <w:p w14:paraId="0532F7F3" w14:textId="77777777" w:rsidR="00502388" w:rsidRDefault="00000000">
      <w:pPr>
        <w:pStyle w:val="ListBullet"/>
        <w:spacing w:after="20"/>
      </w:pPr>
      <w:r>
        <w:t>Reduce it to a few bullets.</w:t>
      </w:r>
    </w:p>
    <w:p w14:paraId="0F5EC74C" w14:textId="77777777" w:rsidR="00502388" w:rsidRDefault="00000000">
      <w:pPr>
        <w:pStyle w:val="ListBullet"/>
        <w:spacing w:after="20"/>
      </w:pPr>
      <w:r>
        <w:t>Then put the paper down, look at the men, and tell them what Jesus has done—and what He is doing in your life right now.</w:t>
      </w:r>
    </w:p>
    <w:sectPr w:rsidR="00502388"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279401">
    <w:abstractNumId w:val="8"/>
  </w:num>
  <w:num w:numId="2" w16cid:durableId="912814268">
    <w:abstractNumId w:val="6"/>
  </w:num>
  <w:num w:numId="3" w16cid:durableId="626085185">
    <w:abstractNumId w:val="5"/>
  </w:num>
  <w:num w:numId="4" w16cid:durableId="1657145152">
    <w:abstractNumId w:val="4"/>
  </w:num>
  <w:num w:numId="5" w16cid:durableId="381056797">
    <w:abstractNumId w:val="7"/>
  </w:num>
  <w:num w:numId="6" w16cid:durableId="1536194643">
    <w:abstractNumId w:val="3"/>
  </w:num>
  <w:num w:numId="7" w16cid:durableId="1646856516">
    <w:abstractNumId w:val="2"/>
  </w:num>
  <w:num w:numId="8" w16cid:durableId="243077499">
    <w:abstractNumId w:val="1"/>
  </w:num>
  <w:num w:numId="9" w16cid:durableId="967975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ECC"/>
    <w:rsid w:val="00034616"/>
    <w:rsid w:val="0006063C"/>
    <w:rsid w:val="0015074B"/>
    <w:rsid w:val="00161A6A"/>
    <w:rsid w:val="002632C4"/>
    <w:rsid w:val="00284A27"/>
    <w:rsid w:val="0029639D"/>
    <w:rsid w:val="003105CA"/>
    <w:rsid w:val="00326F90"/>
    <w:rsid w:val="003A49D1"/>
    <w:rsid w:val="00502388"/>
    <w:rsid w:val="00875DE7"/>
    <w:rsid w:val="00AA1D8D"/>
    <w:rsid w:val="00B47730"/>
    <w:rsid w:val="00CB0664"/>
    <w:rsid w:val="00DD22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9ADED9"/>
  <w14:defaultImageDpi w14:val="300"/>
  <w15:docId w15:val="{25963411-9CFE-43F1-B0B2-C29CB60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Duane Faitel</cp:lastModifiedBy>
  <cp:revision>2</cp:revision>
  <dcterms:created xsi:type="dcterms:W3CDTF">2026-09-11T18:36:00Z</dcterms:created>
  <dcterms:modified xsi:type="dcterms:W3CDTF">2026-09-11T18:36:00Z</dcterms:modified>
  <cp:category/>
</cp:coreProperties>
</file>